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Žádost o převod části dovolené</w:t>
      </w:r>
    </w:p>
    <w:p>
      <w:pPr>
        <w:spacing w:after="340"/>
      </w:pPr>
      <w:r>
        <w:t>do následujícího kalendářního roku</w:t>
      </w:r>
    </w:p>
    <w:p>
      <w:r>
        <w:rPr>
          <w:b/>
        </w:rPr>
        <w:t xml:space="preserve">Zaměstnavatel (název a sídlo): </w:t>
      </w:r>
      <w:r>
        <w:t>[doplňte]</w:t>
      </w:r>
    </w:p>
    <w:p>
      <w:r>
        <w:rPr>
          <w:b/>
        </w:rPr>
        <w:t xml:space="preserve">Zaměstnanec (jméno a příjmení): </w:t>
      </w:r>
      <w:r>
        <w:t>[doplňte]</w:t>
      </w:r>
    </w:p>
    <w:p>
      <w:r>
        <w:rPr>
          <w:b/>
        </w:rPr>
        <w:t xml:space="preserve">Pracovní zařazení / osobní číslo: </w:t>
      </w:r>
      <w:r>
        <w:t>[doplňte]</w:t>
      </w:r>
    </w:p>
    <w:p>
      <w:r>
        <w:rPr>
          <w:b/>
        </w:rPr>
        <w:t xml:space="preserve">Rok vzniku práva na dovolenou: </w:t>
      </w:r>
      <w:r>
        <w:t>[doplňte]</w:t>
      </w:r>
    </w:p>
    <w:p>
      <w:r>
        <w:rPr>
          <w:b/>
        </w:rPr>
        <w:t xml:space="preserve">Následující rok, do kterého se žádá převod: </w:t>
      </w:r>
      <w:r>
        <w:t>[doplňte]</w:t>
      </w:r>
    </w:p>
    <w:p>
      <w:r>
        <w:rPr>
          <w:b/>
        </w:rPr>
        <w:t xml:space="preserve">Požadovaný rozsah převodu v hodinách: </w:t>
      </w:r>
      <w:r>
        <w:t>[doplňte]</w:t>
      </w:r>
    </w:p>
    <w:p>
      <w:r>
        <w:t>Žádám podle § 218 odst. 2 zákona č. 262/2006 Sb., zákoník práce, o převedení výše uvedené části dovolené do následujícího kalendářního roku. Žádost se týká pouze části dovolené přesahující 4 týdny, případně 6 týdnů u pedagogických a akademických pracovníků.</w:t>
      </w:r>
    </w:p>
    <w:p>
      <w:r>
        <w:rPr>
          <w:b/>
        </w:rPr>
        <w:t>Důvod žádosti a oprávněný zájem zaměstnance:</w:t>
      </w:r>
    </w:p>
    <w:p>
      <w:r>
        <w:t>[stručně doplňte důvod]</w:t>
      </w:r>
    </w:p>
    <w:p>
      <w:r>
        <w:t>V [místo] dne [datum]</w:t>
      </w:r>
    </w:p>
    <w:p>
      <w:r>
        <w:t>Podpis zaměstnance: ______________________________</w:t>
      </w:r>
    </w:p>
    <w:p>
      <w:pPr>
        <w:spacing w:before="240"/>
      </w:pPr>
      <w:r>
        <w:rPr>
          <w:b/>
        </w:rPr>
        <w:t>Rozhodnutí zaměstnavatele</w:t>
      </w:r>
    </w:p>
    <w:p>
      <w:pPr>
        <w:keepNext/>
      </w:pPr>
      <w:r>
        <w:t>Žádosti se [vyhovuje v plném rozsahu / vyhovuje v rozsahu … hodin / nevyhovuje]. Nepoužité možnosti se přeškrtnou.</w:t>
      </w:r>
    </w:p>
    <w:p>
      <w:r>
        <w:t>Schválený převod do roku: [rok]</w:t>
      </w:r>
    </w:p>
    <w:p>
      <w:r>
        <w:t>Poznámka / odůvodnění: [doplňte podle potřeby]</w:t>
      </w:r>
    </w:p>
    <w:p>
      <w:r>
        <w:t>Datum, jméno a podpis oprávněné osoby:</w:t>
      </w:r>
    </w:p>
    <w:p>
      <w:r>
        <w:t>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Vzor mzdy.cz • Vyplňte závorky a ověřte počet hodin v evidenci dovolené.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2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převod části dovolené</dc:title>
  <dc:subject>Vzor podle § 218 odst. 2 zákoníku práce</dc:subject>
  <dc:creator>Redakce mzdy.cz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