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  <w:pBdr>
          <w:bottom w:val="single" w:sz="18" w:space="2" w:color="0D4F9C"/>
        </w:pBdr>
      </w:pPr>
      <w:r>
        <w:rPr>
          <w:rFonts w:ascii="Calibri" w:hAnsi="Calibri"/>
          <w:b/>
          <w:color w:val="0D4F9C"/>
          <w:sz w:val="30"/>
        </w:rPr>
        <w:t>VÝZVA K ODSTRANĚNÍ NEUSPOKOJIVÝCH PRACOVNÍCH VÝSLEDKŮ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Zaměstnavatel</w:t>
      </w:r>
    </w:p>
    <w:p>
      <w:r>
        <w:rPr>
          <w:rFonts w:ascii="Calibri" w:hAnsi="Calibri"/>
          <w:highlight w:val="lightGray"/>
        </w:rPr>
        <w:t>[Název / Obchodní firma]</w:t>
      </w:r>
    </w:p>
    <w:p>
      <w:r>
        <w:rPr>
          <w:rFonts w:ascii="Calibri" w:hAnsi="Calibri"/>
        </w:rPr>
        <w:t xml:space="preserve">Sídlo: </w:t>
      </w:r>
      <w:r>
        <w:rPr>
          <w:rFonts w:ascii="Calibri" w:hAnsi="Calibri"/>
          <w:highlight w:val="lightGray"/>
        </w:rPr>
        <w:t>[Adresa]</w:t>
      </w:r>
    </w:p>
    <w:p>
      <w:pPr>
        <w:spacing w:after="160"/>
      </w:pPr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Zaměstnanec</w:t>
      </w:r>
    </w:p>
    <w:p>
      <w:r>
        <w:rPr>
          <w:rFonts w:ascii="Calibri" w:hAnsi="Calibri"/>
          <w:highlight w:val="lightGray"/>
        </w:rPr>
        <w:t>[Jméno a příjmení]</w:t>
      </w:r>
    </w:p>
    <w:p>
      <w:pPr>
        <w:spacing w:after="160"/>
      </w:pPr>
      <w:r>
        <w:rPr>
          <w:rFonts w:ascii="Calibri" w:hAnsi="Calibri"/>
        </w:rPr>
        <w:t xml:space="preserve">Pracovní pozice / druh práce: </w:t>
      </w:r>
      <w:r>
        <w:rPr>
          <w:rFonts w:ascii="Calibri" w:hAnsi="Calibri"/>
          <w:highlight w:val="lightGray"/>
        </w:rPr>
        <w:t>[Sjednaný druh práce]</w:t>
      </w:r>
    </w:p>
    <w:p>
      <w:pPr>
        <w:spacing w:after="160"/>
      </w:pPr>
      <w:r>
        <w:rPr>
          <w:rFonts w:ascii="Calibri" w:hAnsi="Calibri"/>
        </w:rPr>
        <w:t xml:space="preserve">V </w:t>
      </w:r>
      <w:r>
        <w:rPr>
          <w:rFonts w:ascii="Calibri" w:hAnsi="Calibri"/>
          <w:highlight w:val="lightGray"/>
        </w:rPr>
        <w:t>[Místo]</w:t>
      </w:r>
      <w:r>
        <w:rPr>
          <w:rFonts w:ascii="Calibri" w:hAnsi="Calibri"/>
        </w:rPr>
        <w:t xml:space="preserve"> dne </w:t>
      </w:r>
      <w:r>
        <w:rPr>
          <w:rFonts w:ascii="Calibri" w:hAnsi="Calibri"/>
          <w:highlight w:val="lightGray"/>
        </w:rPr>
        <w:t>[Datum vyhotovení]</w:t>
      </w:r>
    </w:p>
    <w:p>
      <w:pPr>
        <w:spacing w:after="160"/>
      </w:pPr>
      <w:r>
        <w:rPr>
          <w:rFonts w:ascii="Calibri" w:hAnsi="Calibri"/>
        </w:rPr>
        <w:t xml:space="preserve">Vážená paní / Vážený pane </w:t>
      </w:r>
      <w:r>
        <w:rPr>
          <w:rFonts w:ascii="Calibri" w:hAnsi="Calibri"/>
          <w:highlight w:val="lightGray"/>
        </w:rPr>
        <w:t>[Příjmení]</w:t>
      </w:r>
      <w:r>
        <w:rPr>
          <w:rFonts w:ascii="Calibri" w:hAnsi="Calibri"/>
        </w:rPr>
        <w:t>,</w:t>
      </w:r>
    </w:p>
    <w:p>
      <w:pPr>
        <w:spacing w:after="160"/>
      </w:pPr>
      <w:r>
        <w:rPr>
          <w:rFonts w:ascii="Calibri" w:hAnsi="Calibri"/>
        </w:rPr>
        <w:t xml:space="preserve">při výkonu Vaší sjednané práce byly v období od </w:t>
      </w:r>
      <w:r>
        <w:rPr>
          <w:rFonts w:ascii="Calibri" w:hAnsi="Calibri"/>
          <w:highlight w:val="lightGray"/>
        </w:rPr>
        <w:t>[Datum]</w:t>
      </w:r>
      <w:r>
        <w:rPr>
          <w:rFonts w:ascii="Calibri" w:hAnsi="Calibri"/>
        </w:rPr>
        <w:t xml:space="preserve"> do </w:t>
      </w:r>
      <w:r>
        <w:rPr>
          <w:rFonts w:ascii="Calibri" w:hAnsi="Calibri"/>
          <w:highlight w:val="lightGray"/>
        </w:rPr>
        <w:t>[Datum]</w:t>
      </w:r>
      <w:r>
        <w:rPr>
          <w:rFonts w:ascii="Calibri" w:hAnsi="Calibri"/>
        </w:rPr>
        <w:t xml:space="preserve"> zjištěny následující neuspokojivé pracovní výsledky:</w:t>
      </w:r>
    </w:p>
    <w:p>
      <w:pPr>
        <w:ind w:left="340"/>
      </w:pPr>
      <w:r>
        <w:rPr>
          <w:rFonts w:ascii="Calibri" w:hAnsi="Calibri"/>
        </w:rPr>
        <w:t xml:space="preserve">1. </w:t>
      </w:r>
      <w:r>
        <w:rPr>
          <w:rFonts w:ascii="Calibri" w:hAnsi="Calibri"/>
          <w:highlight w:val="lightGray"/>
        </w:rPr>
        <w:t>[Konkrétní nedostatek, datum / období a doložitelný výsledek.]</w:t>
      </w:r>
    </w:p>
    <w:p>
      <w:pPr>
        <w:ind w:left="340"/>
      </w:pPr>
      <w:r>
        <w:rPr>
          <w:rFonts w:ascii="Calibri" w:hAnsi="Calibri"/>
        </w:rPr>
        <w:t xml:space="preserve">2. </w:t>
      </w:r>
      <w:r>
        <w:rPr>
          <w:rFonts w:ascii="Calibri" w:hAnsi="Calibri"/>
          <w:highlight w:val="lightGray"/>
        </w:rPr>
        <w:t>[Konkrétní nedostatek, datum / období a doložitelný výsledek.]</w:t>
      </w:r>
    </w:p>
    <w:p>
      <w:pPr>
        <w:spacing w:after="160"/>
        <w:ind w:left="340"/>
      </w:pPr>
      <w:r>
        <w:rPr>
          <w:rFonts w:ascii="Calibri" w:hAnsi="Calibri"/>
        </w:rPr>
        <w:t xml:space="preserve">3. </w:t>
      </w:r>
      <w:r>
        <w:rPr>
          <w:rFonts w:ascii="Calibri" w:hAnsi="Calibri"/>
          <w:highlight w:val="lightGray"/>
        </w:rPr>
        <w:t>[Konkrétní nedostatek, datum / období a doložitelný výsledek.]</w:t>
      </w:r>
    </w:p>
    <w:p>
      <w:pPr>
        <w:spacing w:after="160"/>
      </w:pPr>
      <w:r>
        <w:rPr>
          <w:rFonts w:ascii="Calibri" w:hAnsi="Calibri"/>
        </w:rPr>
        <w:t xml:space="preserve">Požadavky pro řádný výkon Vaší práce vyplývají z </w:t>
      </w:r>
      <w:r>
        <w:rPr>
          <w:rFonts w:ascii="Calibri" w:hAnsi="Calibri"/>
          <w:highlight w:val="lightGray"/>
        </w:rPr>
        <w:t>[pracovní smlouvy / pracovní náplně / oprávněného pokynu / předem známých pracovních standardů]</w:t>
      </w:r>
      <w:r>
        <w:rPr>
          <w:rFonts w:ascii="Calibri" w:hAnsi="Calibri"/>
        </w:rPr>
        <w:t xml:space="preserve"> a spočívají zejména v tom, že:</w:t>
      </w:r>
    </w:p>
    <w:p>
      <w:pPr>
        <w:ind w:left="340"/>
      </w:pPr>
      <w:r>
        <w:rPr>
          <w:rFonts w:ascii="Calibri" w:hAnsi="Calibri"/>
        </w:rPr>
        <w:t xml:space="preserve">1. </w:t>
      </w:r>
      <w:r>
        <w:rPr>
          <w:rFonts w:ascii="Calibri" w:hAnsi="Calibri"/>
          <w:highlight w:val="lightGray"/>
        </w:rPr>
        <w:t>[Konkrétní očekávaný výsledek nebo měřitelné kritérium.]</w:t>
      </w:r>
    </w:p>
    <w:p>
      <w:pPr>
        <w:spacing w:after="160"/>
        <w:ind w:left="340"/>
      </w:pPr>
      <w:r>
        <w:rPr>
          <w:rFonts w:ascii="Calibri" w:hAnsi="Calibri"/>
        </w:rPr>
        <w:t xml:space="preserve">2. </w:t>
      </w:r>
      <w:r>
        <w:rPr>
          <w:rFonts w:ascii="Calibri" w:hAnsi="Calibri"/>
          <w:highlight w:val="lightGray"/>
        </w:rPr>
        <w:t>[Konkrétní očekávaný výsledek nebo měřitelné kritérium.]</w:t>
      </w:r>
    </w:p>
    <w:p>
      <w:pPr>
        <w:spacing w:after="160"/>
      </w:pPr>
      <w:r>
        <w:rPr>
          <w:rFonts w:ascii="Calibri" w:hAnsi="Calibri"/>
        </w:rPr>
        <w:t xml:space="preserve">Tímto Vás podle § 52 písm. f) zákona č. 262/2006 Sb., zákoníku práce, písemně vyzýváme, abyste uvedené nedostatky odstranil(a) nejpozději do </w:t>
      </w:r>
      <w:r>
        <w:rPr>
          <w:rFonts w:ascii="Calibri" w:hAnsi="Calibri"/>
          <w:b/>
          <w:highlight w:val="lightGray"/>
        </w:rPr>
        <w:t>[Konkrétní datum]</w:t>
      </w:r>
      <w:r>
        <w:rPr>
          <w:rFonts w:ascii="Calibri" w:hAnsi="Calibri"/>
        </w:rPr>
        <w:t>.</w:t>
      </w:r>
    </w:p>
    <w:p>
      <w:pPr>
        <w:spacing w:after="160"/>
      </w:pPr>
      <w:r>
        <w:rPr>
          <w:rFonts w:ascii="Calibri" w:hAnsi="Calibri"/>
        </w:rPr>
        <w:t>K nápravě Vám zaměstnavatel poskytne následující součinnost a podmínky:</w:t>
      </w:r>
    </w:p>
    <w:p>
      <w:pPr>
        <w:ind w:left="340"/>
      </w:pPr>
      <w:r>
        <w:rPr>
          <w:rFonts w:ascii="Calibri" w:hAnsi="Calibri"/>
        </w:rPr>
        <w:t xml:space="preserve">- </w:t>
      </w:r>
      <w:r>
        <w:rPr>
          <w:rFonts w:ascii="Calibri" w:hAnsi="Calibri"/>
          <w:highlight w:val="lightGray"/>
        </w:rPr>
        <w:t>[Školení / instrukce / přístup k nástrojům / průběžná konzultace / jiná součinnost.]</w:t>
      </w:r>
    </w:p>
    <w:p>
      <w:pPr>
        <w:spacing w:after="160"/>
        <w:ind w:left="340"/>
      </w:pPr>
      <w:r>
        <w:rPr>
          <w:rFonts w:ascii="Calibri" w:hAnsi="Calibri"/>
        </w:rPr>
        <w:t xml:space="preserve">- </w:t>
      </w:r>
      <w:r>
        <w:rPr>
          <w:rFonts w:ascii="Calibri" w:hAnsi="Calibri"/>
          <w:highlight w:val="lightGray"/>
        </w:rPr>
        <w:t>[Jméno vedoucího a termíny průběžných kontrol.]</w:t>
      </w:r>
    </w:p>
    <w:p>
      <w:pPr>
        <w:spacing w:after="160"/>
      </w:pPr>
      <w:r>
        <w:rPr>
          <w:rFonts w:ascii="Calibri" w:hAnsi="Calibri"/>
        </w:rPr>
        <w:t>Splnění výzvy bude vyhodnoceno podle těchto kritérií:</w:t>
      </w:r>
    </w:p>
    <w:p>
      <w:pPr>
        <w:ind w:left="340"/>
      </w:pPr>
      <w:r>
        <w:rPr>
          <w:rFonts w:ascii="Calibri" w:hAnsi="Calibri"/>
        </w:rPr>
        <w:t xml:space="preserve">- </w:t>
      </w:r>
      <w:r>
        <w:rPr>
          <w:rFonts w:ascii="Calibri" w:hAnsi="Calibri"/>
          <w:highlight w:val="lightGray"/>
        </w:rPr>
        <w:t>[Kritérium 1 a způsob doložení.]</w:t>
      </w:r>
    </w:p>
    <w:p>
      <w:pPr>
        <w:ind w:left="340"/>
      </w:pPr>
      <w:r>
        <w:rPr>
          <w:rFonts w:ascii="Calibri" w:hAnsi="Calibri"/>
        </w:rPr>
        <w:t xml:space="preserve">- </w:t>
      </w:r>
      <w:r>
        <w:rPr>
          <w:rFonts w:ascii="Calibri" w:hAnsi="Calibri"/>
          <w:highlight w:val="lightGray"/>
        </w:rPr>
        <w:t>[Kritérium 2 a způsob doložení.]</w:t>
      </w:r>
    </w:p>
    <w:p>
      <w:pPr>
        <w:spacing w:after="160"/>
        <w:ind w:left="340"/>
      </w:pPr>
      <w:r>
        <w:rPr>
          <w:rFonts w:ascii="Calibri" w:hAnsi="Calibri"/>
        </w:rPr>
        <w:t xml:space="preserve">- </w:t>
      </w:r>
      <w:r>
        <w:rPr>
          <w:rFonts w:ascii="Calibri" w:hAnsi="Calibri"/>
          <w:highlight w:val="lightGray"/>
        </w:rPr>
        <w:t>[Datum závěrečného vyhodnocení.]</w:t>
      </w:r>
    </w:p>
    <w:p>
      <w:pPr>
        <w:spacing w:after="160"/>
      </w:pPr>
      <w:r>
        <w:rPr>
          <w:rFonts w:ascii="Calibri" w:hAnsi="Calibri"/>
        </w:rPr>
        <w:t>Nebudou-li výsledky v přiměřené době napraveny, může zaměstnavatel za splnění dalších zákonných podmínek použít výpověď podle § 52 písm. f) zákoníku práce.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shd w:val="clear" w:color="auto" w:fill="E7F1F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Za zaměstnavatele</w:t>
            </w:r>
          </w:p>
        </w:tc>
        <w:tc>
          <w:tcPr>
            <w:tcW w:type="dxa" w:w="4536"/>
            <w:shd w:val="clear" w:color="auto" w:fill="E7F1F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Potvrzení převzetí zaměstnancem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[Jméno a funkce oprávněné osoby]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</w:rPr>
              <w:t xml:space="preserve">Výzvu jsem převzal(a) dne </w:t>
            </w:r>
            <w:r>
              <w:rPr>
                <w:rFonts w:ascii="Calibri" w:hAnsi="Calibri"/>
                <w:sz w:val="19"/>
                <w:highlight w:val="lightGray"/>
              </w:rPr>
              <w:t>[Datum]</w:t>
            </w:r>
            <w:r>
              <w:rPr>
                <w:rFonts w:ascii="Calibri" w:hAnsi="Calibri"/>
                <w:sz w:val="19"/>
              </w:rPr>
              <w:t xml:space="preserve"> v </w:t>
            </w:r>
            <w:r>
              <w:rPr>
                <w:rFonts w:ascii="Calibri" w:hAnsi="Calibri"/>
                <w:sz w:val="19"/>
                <w:highlight w:val="lightGray"/>
              </w:rPr>
              <w:t>[Čas]</w:t>
            </w:r>
            <w:r>
              <w:rPr>
                <w:rFonts w:ascii="Calibri" w:hAnsi="Calibri"/>
                <w:sz w:val="19"/>
              </w:rPr>
              <w:t>. Podpis potvrzuje pouze převzetí, nikoli souhlas s obsahem.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</w:rPr>
              <w:t>Podpis: ........................................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</w:rPr>
              <w:t>Podpis: ........................................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color w:val="6B6B6B"/>
        <w:sz w:val="16"/>
      </w:rPr>
      <w:t>Vzor ke stažení z mzdy.cz — https://www.mzdy.cz/sablony/vyzva-k-odstraneni-neuspokojivych-pracovnich-vysledku-vzor</w:t>
    </w:r>
    <w:r>
      <w:br/>
    </w:r>
    <w:r>
      <w:rPr>
        <w:rFonts w:ascii="Calibri" w:hAnsi="Calibri"/>
        <w:color w:val="6B6B6B"/>
        <w:sz w:val="16"/>
      </w:rPr>
      <w:t>Aktuální k 08/2026 · Obecný vzor, ne právní poradenství; před použitím ověřte aktuálnost.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