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left"/>
        <w:pBdr>
          <w:bottom w:val="single" w:sz="18" w:space="2" w:color="0D4F9C"/>
        </w:pBdr>
      </w:pPr>
      <w:r>
        <w:rPr>
          <w:rFonts w:ascii="Calibri" w:hAnsi="Calibri"/>
          <w:b/>
          <w:color w:val="0D4F9C"/>
          <w:sz w:val="30"/>
        </w:rPr>
        <w:t>PRACOVNÍ POSUDEK (POSUDEK O PRACOVNÍ ČINNOSTI)</w:t>
      </w:r>
    </w:p>
    <w:p>
      <w:pPr>
        <w:spacing w:before="160" w:after="160"/>
      </w:pPr>
      <w:r>
        <w:rPr>
          <w:rFonts w:ascii="Calibri" w:hAnsi="Calibri"/>
          <w:b/>
          <w:sz w:val="23"/>
        </w:rPr>
        <w:t>Zaměstnavatel</w:t>
      </w:r>
    </w:p>
    <w:p>
      <w:r>
        <w:rPr>
          <w:rFonts w:ascii="Calibri" w:hAnsi="Calibri"/>
          <w:highlight w:val="lightGray"/>
        </w:rPr>
        <w:t>[Název / Obchodní firma zaměstnavatele]</w:t>
      </w:r>
    </w:p>
    <w:p>
      <w:r>
        <w:rPr>
          <w:rFonts w:ascii="Calibri" w:hAnsi="Calibri"/>
        </w:rPr>
        <w:t xml:space="preserve">Sídlo: </w:t>
      </w:r>
      <w:r>
        <w:rPr>
          <w:rFonts w:ascii="Calibri" w:hAnsi="Calibri"/>
          <w:highlight w:val="lightGray"/>
        </w:rPr>
        <w:t>[Adresa]</w:t>
      </w:r>
    </w:p>
    <w:p>
      <w:pPr>
        <w:spacing w:after="160"/>
      </w:pPr>
      <w:r>
        <w:rPr>
          <w:rFonts w:ascii="Calibri" w:hAnsi="Calibri"/>
        </w:rPr>
        <w:t xml:space="preserve">IČO: </w:t>
      </w:r>
      <w:r>
        <w:rPr>
          <w:rFonts w:ascii="Calibri" w:hAnsi="Calibri"/>
          <w:highlight w:val="lightGray"/>
        </w:rPr>
        <w:t>[IČO]</w:t>
      </w:r>
    </w:p>
    <w:p>
      <w:pPr>
        <w:spacing w:before="160" w:after="160"/>
      </w:pPr>
      <w:r>
        <w:rPr>
          <w:rFonts w:ascii="Calibri" w:hAnsi="Calibri"/>
          <w:b/>
          <w:sz w:val="23"/>
        </w:rPr>
        <w:t>Zaměstnanec</w:t>
      </w:r>
    </w:p>
    <w:p>
      <w:r>
        <w:rPr>
          <w:rFonts w:ascii="Calibri" w:hAnsi="Calibri"/>
          <w:highlight w:val="lightGray"/>
        </w:rPr>
        <w:t>[Jméno a příjmení]</w:t>
      </w:r>
    </w:p>
    <w:p>
      <w:r>
        <w:rPr>
          <w:rFonts w:ascii="Calibri" w:hAnsi="Calibri"/>
        </w:rPr>
        <w:t xml:space="preserve">Datum narození: </w:t>
      </w:r>
      <w:r>
        <w:rPr>
          <w:rFonts w:ascii="Calibri" w:hAnsi="Calibri"/>
          <w:highlight w:val="lightGray"/>
        </w:rPr>
        <w:t>[Datum narození]</w:t>
      </w:r>
    </w:p>
    <w:p>
      <w:r>
        <w:rPr>
          <w:rFonts w:ascii="Calibri" w:hAnsi="Calibri"/>
        </w:rPr>
        <w:t xml:space="preserve">Pracovní pozice / druh práce: </w:t>
      </w:r>
      <w:r>
        <w:rPr>
          <w:rFonts w:ascii="Calibri" w:hAnsi="Calibri"/>
          <w:highlight w:val="lightGray"/>
        </w:rPr>
        <w:t>[Sjednaný druh práce]</w:t>
      </w:r>
    </w:p>
    <w:p>
      <w:pPr>
        <w:spacing w:after="160"/>
      </w:pPr>
      <w:r>
        <w:rPr>
          <w:rFonts w:ascii="Calibri" w:hAnsi="Calibri"/>
        </w:rPr>
        <w:t xml:space="preserve">Doba výkonu práce: od </w:t>
      </w:r>
      <w:r>
        <w:rPr>
          <w:rFonts w:ascii="Calibri" w:hAnsi="Calibri"/>
          <w:highlight w:val="lightGray"/>
        </w:rPr>
        <w:t>[Datum]</w:t>
      </w:r>
      <w:r>
        <w:rPr>
          <w:rFonts w:ascii="Calibri" w:hAnsi="Calibri"/>
        </w:rPr>
        <w:t xml:space="preserve"> do </w:t>
      </w:r>
      <w:r>
        <w:rPr>
          <w:rFonts w:ascii="Calibri" w:hAnsi="Calibri"/>
          <w:highlight w:val="lightGray"/>
        </w:rPr>
        <w:t>[Datum / dosud]</w:t>
      </w:r>
    </w:p>
    <w:p>
      <w:pPr>
        <w:spacing w:before="40" w:after="160"/>
        <w:pBdr>
          <w:bottom w:val="single" w:sz="6" w:space="2" w:color="CCCCCC"/>
        </w:pBdr>
      </w:pPr>
    </w:p>
    <w:p>
      <w:pPr>
        <w:spacing w:before="160" w:after="160"/>
      </w:pPr>
      <w:r>
        <w:rPr>
          <w:rFonts w:ascii="Calibri" w:hAnsi="Calibri"/>
          <w:b/>
          <w:sz w:val="23"/>
        </w:rPr>
        <w:t>1. Vykonávaná práce a hlavní odpovědnosti</w:t>
      </w:r>
    </w:p>
    <w:p>
      <w:pPr>
        <w:spacing w:after="160"/>
      </w:pPr>
      <w:r>
        <w:rPr>
          <w:rFonts w:ascii="Calibri" w:hAnsi="Calibri"/>
          <w:highlight w:val="lightGray"/>
        </w:rPr>
        <w:t>[Věcně popište hlavní pracovní úkoly, odpovědnosti a rozsah samostatnosti zaměstnance.]</w:t>
      </w:r>
    </w:p>
    <w:p>
      <w:pPr>
        <w:spacing w:before="160" w:after="160"/>
      </w:pPr>
      <w:r>
        <w:rPr>
          <w:rFonts w:ascii="Calibri" w:hAnsi="Calibri"/>
          <w:b/>
          <w:sz w:val="23"/>
        </w:rPr>
        <w:t>2. Odborná kvalifikace a dovednosti</w:t>
      </w:r>
    </w:p>
    <w:p>
      <w:pPr>
        <w:spacing w:after="160"/>
      </w:pPr>
      <w:r>
        <w:rPr>
          <w:rFonts w:ascii="Calibri" w:hAnsi="Calibri"/>
          <w:highlight w:val="lightGray"/>
        </w:rPr>
        <w:t>[Popište odborné znalosti, praktické dovednosti, oprávnění, osvědčení a kvalifikaci skutečně využívané při práci.]</w:t>
      </w:r>
    </w:p>
    <w:p>
      <w:pPr>
        <w:spacing w:before="160" w:after="160"/>
      </w:pPr>
      <w:r>
        <w:rPr>
          <w:rFonts w:ascii="Calibri" w:hAnsi="Calibri"/>
          <w:b/>
          <w:sz w:val="23"/>
        </w:rPr>
        <w:t>3. Hodnocení pracovních výsledků</w:t>
      </w:r>
    </w:p>
    <w:p>
      <w:pPr>
        <w:spacing w:after="160"/>
      </w:pPr>
      <w:r>
        <w:rPr>
          <w:rFonts w:ascii="Calibri" w:hAnsi="Calibri"/>
          <w:highlight w:val="lightGray"/>
        </w:rPr>
        <w:t>[Uveďte konkrétní a ověřitelné hodnocení kvality, množství, termínů a výsledků práce; případné nedostatky popište věcně a přiměřeně.]</w:t>
      </w:r>
    </w:p>
    <w:p>
      <w:pPr>
        <w:spacing w:before="160" w:after="160"/>
      </w:pPr>
      <w:r>
        <w:rPr>
          <w:rFonts w:ascii="Calibri" w:hAnsi="Calibri"/>
          <w:b/>
          <w:sz w:val="23"/>
        </w:rPr>
        <w:t>4. Pracovní schopnosti a přístup</w:t>
      </w:r>
    </w:p>
    <w:p>
      <w:pPr>
        <w:spacing w:after="160"/>
      </w:pPr>
      <w:r>
        <w:rPr>
          <w:rFonts w:ascii="Calibri" w:hAnsi="Calibri"/>
          <w:highlight w:val="lightGray"/>
        </w:rPr>
        <w:t>[Popište samostatnost, spolehlivost, organizaci práce, komunikaci a spolupráci pouze v souvislosti s výkonem práce.]</w:t>
      </w:r>
    </w:p>
    <w:p>
      <w:pPr>
        <w:spacing w:before="160" w:after="160"/>
      </w:pPr>
      <w:r>
        <w:rPr>
          <w:rFonts w:ascii="Calibri" w:hAnsi="Calibri"/>
          <w:b/>
          <w:sz w:val="23"/>
        </w:rPr>
        <w:t>5. Celkové pracovní hodnocení</w:t>
      </w:r>
    </w:p>
    <w:p>
      <w:pPr>
        <w:spacing w:after="160"/>
      </w:pPr>
      <w:r>
        <w:rPr>
          <w:rFonts w:ascii="Calibri" w:hAnsi="Calibri"/>
          <w:highlight w:val="lightGray"/>
        </w:rPr>
        <w:t>[Stručné vyvážené shrnutí pracovního působení zaměstnance.]</w:t>
      </w:r>
    </w:p>
    <w:p>
      <w:pPr>
        <w:spacing w:after="160"/>
      </w:pPr>
      <w:r>
        <w:rPr>
          <w:rFonts w:ascii="Calibri" w:hAnsi="Calibri"/>
        </w:rPr>
        <w:t>Tento pracovní posudek byl vydán na žádost zaměstnance podle § 314 zákona č. 262/2006 Sb., zákoníku práce.</w:t>
      </w:r>
    </w:p>
    <w:p>
      <w:pPr>
        <w:spacing w:after="160"/>
      </w:pPr>
      <w:r>
        <w:rPr>
          <w:rFonts w:ascii="Calibri" w:hAnsi="Calibri"/>
        </w:rPr>
        <w:t xml:space="preserve">V </w:t>
      </w:r>
      <w:r>
        <w:rPr>
          <w:rFonts w:ascii="Calibri" w:hAnsi="Calibri"/>
          <w:highlight w:val="lightGray"/>
        </w:rPr>
        <w:t>[Místo]</w:t>
      </w:r>
      <w:r>
        <w:rPr>
          <w:rFonts w:ascii="Calibri" w:hAnsi="Calibri"/>
        </w:rPr>
        <w:t xml:space="preserve"> dne </w:t>
      </w:r>
      <w:r>
        <w:rPr>
          <w:rFonts w:ascii="Calibri" w:hAnsi="Calibri"/>
          <w:highlight w:val="lightGray"/>
        </w:rPr>
        <w:t>[Datum vyhotovení]</w:t>
      </w:r>
    </w:p>
    <w:p>
      <w:r>
        <w:rPr>
          <w:rFonts w:ascii="Calibri" w:hAnsi="Calibri"/>
        </w:rPr>
        <w:t>........................................................</w:t>
      </w:r>
    </w:p>
    <w:p>
      <w:pPr>
        <w:spacing w:after="160"/>
      </w:pPr>
      <w:r>
        <w:rPr>
          <w:rFonts w:ascii="Calibri" w:hAnsi="Calibri"/>
          <w:highlight w:val="lightGray"/>
        </w:rPr>
        <w:t>[Jméno, funkce a podpis osoby oprávněné jednat za zaměstnavatele]</w:t>
      </w:r>
    </w:p>
    <w:p>
      <w:pPr>
        <w:spacing w:after="160"/>
      </w:pPr>
      <w:r>
        <w:rPr>
          <w:rFonts w:ascii="Calibri" w:hAnsi="Calibri"/>
        </w:rPr>
        <w:t xml:space="preserve">Převzetí zaměstnancem dne </w:t>
      </w:r>
      <w:r>
        <w:rPr>
          <w:rFonts w:ascii="Calibri" w:hAnsi="Calibri"/>
          <w:highlight w:val="lightGray"/>
        </w:rPr>
        <w:t>[Datum převzetí]</w:t>
      </w:r>
      <w:r>
        <w:rPr>
          <w:rFonts w:ascii="Calibri" w:hAnsi="Calibri"/>
        </w:rPr>
        <w:t>:</w:t>
      </w:r>
    </w:p>
    <w:p>
      <w:r>
        <w:rPr>
          <w:rFonts w:ascii="Calibri" w:hAnsi="Calibri"/>
        </w:rPr>
        <w:t>........................................................</w:t>
      </w:r>
    </w:p>
    <w:p>
      <w:r>
        <w:rPr>
          <w:rFonts w:ascii="Calibri" w:hAnsi="Calibri"/>
          <w:highlight w:val="lightGray"/>
        </w:rPr>
        <w:t>[Podpis zaměstnance — potvrzuje převzetí, nikoli souhlas s obsahem]</w:t>
      </w:r>
    </w:p>
    <w:sectPr w:rsidR="00FC693F" w:rsidRPr="0006063C" w:rsidSect="00034616">
      <w:foot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color w:val="6B6B6B"/>
        <w:sz w:val="16"/>
      </w:rPr>
      <w:t>Vzor ke stažení z mzdy.cz — https://www.mzdy.cz/sablony/pracovni-posudek-vzor</w:t>
    </w:r>
    <w:r>
      <w:br/>
    </w:r>
    <w:r>
      <w:rPr>
        <w:rFonts w:ascii="Calibri" w:hAnsi="Calibri"/>
        <w:color w:val="6B6B6B"/>
        <w:sz w:val="16"/>
      </w:rPr>
      <w:t>Aktuální k 08/2026 · Obecný vzor, ne právní poradenství; před použitím ověřte aktuálnost.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